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388352" cy="1043790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3790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15" w:right="115" w:bottom="115" w:left="11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